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האחריות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מעשים של אחריות בכל 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חלקי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ערכים שחשובים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- השם או הסמל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האדמה מצויר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הענפים כוללים אני, משפחה, חברים וכיתה, קהילה וסביבה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העץ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(ערך שמחזיק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(השם או הסמל האישי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אחריות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(מעשה שכבר עושים)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יצירת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משרטטים קו אדמה בשליש התחתון של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שורשים וכותבים עליהם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בגזע כותבים שם או מציירים סמל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ענפים ומוסיפים עליהם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ערכים כמו יושר, נתינה, כבוד עם 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 מסמלים ערכים שחשובים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אני, משפחה, כיתה, קהילה, עולם - כל שתי תשובות נכונות מקובלות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צבע אחד למעשים שכבר עושים, צבע שני למעשים שרוצים להוסיף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עץ מצויר על הלוח לפני התחלת הדף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האישית לפעילות היצירה בכיתה כהכנה לפני הציור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לצייר חץ במקום לכתוב, להקלה על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עץ האחריות הוא פעילות יצירה שבה כל חלק בעץ מסמל משהו: השורשים הם ערכים, הגזע הוא אני, והענפים הם מעגלי אחריות שונים. בדף הזה נתרגל את המושגים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אחריות  ·  סמל  ·  שורש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חלקי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מסמלים השורשים בעץ האחריות?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מעשים שכבר עשינו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ערכים שחשובים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שמות של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 הגזע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- השם או הסמל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שורשים לפחות צריך לצייר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 האדמה מצויר בשליש העליון של הדף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ממעגלי האחריות בענפים הוא 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 כל __________ כותבים ערך שמחזיק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בגזע כותבים את השם או מציירים __________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ענף בעץ הוא מעגל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חלק העץ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השם או הסמל האישי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ערך שמחזיק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מעשה שכבר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עלה בצבע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מעגל אחריות בחיים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יצירת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בגזע כותבים שם או מציירים סמל אישי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ענפים ומוסיפים עליהם 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משרטטים קו אדמה בשליש התחתון של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שורשים וכותבים עליהם ערכים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שלושה ערכים שהייתם כותבים על השורשים שלכם, והסבירו בקצרה למה בחרתם בהם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מסמלים השורשים בעץ האחריות?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מעגלי אחריות שמופיעים בענפים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