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עץ האחריות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מעשים של אחריות בכל 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חלקי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ערכים שחשובים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אני - השם או הסמל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מעגלי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צבע אחד למעשים שעושים, צבע אחר למעשים שרוצים להוסיף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 האדמה מצויר בשליש התחתון של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הענפים כוללים אני, משפחה, חברים וכיתה, קהילה וסביבה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בעץ הכיתתי מוסיפים עלה כל שבוע במהלך חודש האחריות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אחת הווריאציות היא יצירת העץ בכלי ציור במחשב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מומלץ לצלם בסוף החודש ולהשוות להתחלה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חלק העץ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(ערך שמחזיק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(השם או הסמל האישי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(מעגל אחריות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(מעשה שכבר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(מעשה שרוצים להוסיף)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יצירת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משרטטים קו אדמה בשליש התחתון של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מציירים שורשים וכותבים עליהם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בגזע כותבים שם או מציירים סמל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ענפים ומוסיפים עליהם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מקשטים את העץ ומעניקים לו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שלושה ערכים כמו יושר, נתינה, כבוד עם הסבר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שני מעשים (עושה/רוצה להוסיף) בכל אחד משלושת המעגלים שהוזכרו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 מסמלים ערכים שחשובים לתלמיד/ה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אני, משפחה, כיתה, קהילה, עולם - כל שתי תשובות נכונות מקובלות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צבע אחד למעשים שכבר עושים, צבע שני למעשים שרוצים להוסיף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דוגמת עץ מצויר על הלוח לפני התחלת הדף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הכתיבה האישית לפעילות היצירה בכיתה כהכנה לפני הציור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לצייר חץ במקום לכתוב, להקלה על 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בפעילות הזאת מציירים עץ. כל חלק בעץ מסמל דבר אחר: שורש זה ערך, גזע זה אני, וענף זה מעגל אחריות כמו משפחה או 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שחשוב לי ומחזיק אותי, כמו יושר או נתינה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או הסמל האישי שלי, החיבור בין השורשים לענפים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אחריות בחיים, למשל משפחה או 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של אחריות שעושים או רוצים להוסיף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או סביבה שכלפיה אני אחראי/ת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הדאגה לעצמי, לאחרים ולסביבה דרך מעשים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הגרים או פועלים יחד באותה 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חשוב שמנחה איך אני פועל/ת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חלקי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שורש מסמל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מעשים שכבר עשינו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ערכים שחשובים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מעגלי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גזע מסמל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- השם או הסמל האישי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שורשים צריך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ענף מסמל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מעגלי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 שני צבעי 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אחד למעשים שעושים, צבע אחר למעשים שרוצים להוסיף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בין הצבעים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אחד לבנים וצבע אחר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הצבעים מסמלים עונות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האדמה מצויר בשליש העליון של הדף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ממעגלי האחריות בענפים הוא 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כיתתי כל תלמיד מוסיף עלה פעם בשנה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את העץ גם בצורה דיגיטלית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לצלם את העץ הכיתתי רק בתחילת החודש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כל __________ כותבים ערך שמחזיק אותי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בגזע כותבים את השם או מציירים __________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ענף בעץ הוא מעגל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הענפים מוסיפים __________ בשני צבעים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__________ מתמלא עלה אחד בכל שבוע של חודש האחריות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בעץ עונות מוסיפים בכל חודש עלים, פרחים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חלק העץ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מעגל אחריות בחיים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ערך שמחזיק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מעשה שכבר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עלה בצבע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מעשה שרוצים להוסיף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עלה בצבע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השם או הסמל האישי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יצירת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בגזע כותבים שם או מציירים סמל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מקשטים את העץ ומעניקים לו 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ענפים ומוסיפים עליהם 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שורשים וכותבים עליהם ערכים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משרטטים קו אדמה בשליש התחתון של הדף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ערכים שהייתם כותבים על השורשים שלכם, והסבירו בקצרה למה בחרתם בהם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מעשה אחריות אחד שאתם כבר עושים ומעשה אחד שהייתם רוצים להוסיף, בכל אחד ממעגלי האחריות: אני, משפחה, 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מסמלים השורשים בעץ האחריות?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מעגלי אחריות שמופיעים בענפים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שני צבעי העלים בעץ?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האחריות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