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האחריות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חלקי עץ האחריות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מעגלי אחריות שונים בחיים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מעשים של אחריות בכל מעגל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חלקי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ערכים שחשובים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אני - השם או הסמל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מעגלי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צבע אחד למעשים שעושים, צבע אחר למעשים שרוצים להוסיף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 האדמה מצויר בשליש התחתון של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הענפים כוללים אני, משפחה, חברים וכיתה, קהילה וסביבה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בעץ הכיתתי מוסיפים עלה כל שבוע במהלך חודש האחריות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אחת הווריאציות היא יצירת העץ בכלי ציור במחשב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מומלץ לצלם בסוף החודש ולהשוות להתחלה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חלק העץ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(ערך שמחזיק אותי)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(השם או הסמל האישי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(מעגל אחריות בחיים)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(מעשה שכבר עושים)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(מעשה שרוצים להוסיף)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יצירת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משרטטים קו אדמה בשליש התחתון של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מציירים שורשים וכותבים עליהם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בגזע כותבים שם או מציירים סמל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מציירים ענפים ומוסיפים עליהם 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מקשטים את העץ ומעניקים לו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שלושה ערכים כמו יושר, נתינה, כבוד עם הסבר קצר לכל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שני מעשים (עושה/רוצה להוסיף) בכל אחד משלושת המעגלים שהוזכרו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שורשים מסמלים ערכים שחשובים לתלמיד/ה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אני, משפחה, כיתה, קהילה, עולם - כל שתי תשובות נכונות מקובלות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צבע אחד למעשים שכבר עושים, צבע שני למעשים שרוצים להוסיף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דוגמת עץ מצויר על הלוח לפני התחלת הדף כדי להמחיש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הכתיבה האישית לפעילות היצירה בכיתה כהכנה לפני הציור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לבקש מהתלמידים לצייר חץ במקום לכתוב, להקלה על 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האחריות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עץ האחריות הוא פעילות יצירה שבה כל חלק בעץ מסמל משהו: השורשים הם ערכים, הגזע הוא אני, והענפים הם מעגלי אחריות שונים. בדף הזה נתרגל את המושגים האלה.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חלקי העץ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מסמלים השורשים בעץ האחריות?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מעשים שכבר עשינו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ערכים שחשובים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של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מעגלי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מסמל הגזע בעץ?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- השם או הסמל האישי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שורשים לפחות צריך לצייר בעץ?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מסמלים הענפים בעץ?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מעגלי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שני צבעי העלים?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 אחד למעשים שעושים, צבע אחר למעשים שרוצים להוסיף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 בין הצבעים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אחד לבנים וצבע אחר לבנות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הצבעים מסמלים עונות 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האדמה מצויר בשליש העליון של הדף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ממעגלי האחריות בענפים הוא קהילה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בעץ כיתתי כל תלמיד מוסיף עלה פעם בשנה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ליצור את העץ גם בצורה דיגיטלית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לצלם את העץ הכיתתי רק בתחילת החודש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על כל __________ כותבים ערך שמחזיק אותי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בגזע כותבים את השם או מציירים __________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ענף בעץ הוא מעגל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על הענפים מוסיפים __________ בשני צבעים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עץ __________ מתמלא עלה אחד בכל שבוע של חודש האחריות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בעץ עונות מוסיפים בכל חודש עלים, פרחים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חלק העץ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מעשה שרוצים להוסיף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גזע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מעגל אחריות בחיים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ענף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ערך שמחזיק אותי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עלה בצבע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השם או הסמל האישי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עלה בצבע אחר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מעשה שכבר עושים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יצירת העץ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בגזע כותבים שם או מציירים סמל אישי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ענפים ומוסיפים עליהם עלים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משרטטים קו אדמה בשליש התחתון של הדף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מקשטים את העץ ומעניקים לו 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שורשים וכותבים עליהם ערכים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שלושה ערכים שהייתם כותבים על השורשים שלכם, והסבירו בקצרה למה בחרתם בהם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מעשה אחריות אחד שאתם כבר עושים ומעשה אחד שהייתם רוצים להוסיף, בכל אחד ממעגלי האחריות: אני, משפחה, 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מסמלים השורשים בעץ האחריות?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מעגלי אחריות שמופיעים בענפים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שני צבעי העלים בעץ?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עץ האחריות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